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>TAVSIFNOMA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[tug'ilgan yili]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ISH JOYIDAN TAVSIFNOMA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dan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gacha (yoki hozirgacha) </w:t>
      </w:r>
      <w:r>
        <w:rPr>
          <w:rFonts w:ascii="Times New Roman" w:hAnsi="Times New Roman"/>
          <w:b w:val="0"/>
          <w:i w:val="0"/>
          <w:sz w:val="28"/>
          <w:highlight w:val="yellow"/>
        </w:rPr>
        <w:t>[tashkilot nomi]</w:t>
      </w:r>
      <w:r>
        <w:rPr>
          <w:rFonts w:ascii="Times New Roman" w:hAnsi="Times New Roman"/>
          <w:b w:val="0"/>
          <w:i w:val="0"/>
          <w:sz w:val="28"/>
        </w:rPr>
        <w:t xml:space="preserve">da </w:t>
      </w:r>
      <w:r>
        <w:rPr>
          <w:rFonts w:ascii="Times New Roman" w:hAnsi="Times New Roman"/>
          <w:b w:val="0"/>
          <w:i w:val="0"/>
          <w:sz w:val="28"/>
          <w:highlight w:val="yellow"/>
        </w:rPr>
        <w:t>[lavozim]</w:t>
      </w:r>
      <w:r>
        <w:rPr>
          <w:rFonts w:ascii="Times New Roman" w:hAnsi="Times New Roman"/>
          <w:b w:val="0"/>
          <w:i w:val="0"/>
          <w:sz w:val="28"/>
        </w:rPr>
        <w:t xml:space="preserve"> lavozimida ishlab keldi/kelmoqda.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Ish davrida o'zini </w:t>
      </w:r>
      <w:r>
        <w:rPr>
          <w:rFonts w:ascii="Times New Roman" w:hAnsi="Times New Roman"/>
          <w:b w:val="0"/>
          <w:i w:val="0"/>
          <w:sz w:val="28"/>
          <w:highlight w:val="yellow"/>
        </w:rPr>
        <w:t>[kasbiy fazilatlar, masalan: mas'uliyatli, intizomli, jamoada ishlay oladigan]</w:t>
      </w:r>
      <w:r>
        <w:rPr>
          <w:rFonts w:ascii="Times New Roman" w:hAnsi="Times New Roman"/>
          <w:b w:val="0"/>
          <w:i w:val="0"/>
          <w:sz w:val="28"/>
        </w:rPr>
        <w:t xml:space="preserve"> xodim sifatida ko'rsatdi.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Ushbu tavsifnoma talab qilingan joyga taqdim etish uchun berildi.</w:t>
      </w:r>
    </w:p>
    <w:p>
      <w:pPr>
        <w:spacing w:before="120" w:after="0"/>
      </w:pPr>
      <w:r>
        <w:rPr>
          <w:rFonts w:ascii="Times New Roman" w:hAnsi="Times New Roman"/>
          <w:b w:val="0"/>
          <w:i w:val="0"/>
          <w:sz w:val="28"/>
        </w:rPr>
        <w:t xml:space="preserve">Direktor: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 (imzo)   M.O'.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